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024" w:rsidRDefault="001A6024">
      <w:r>
        <w:rPr>
          <w:noProof/>
          <w:lang w:val="ru-RU" w:eastAsia="ru-RU"/>
        </w:rPr>
        <w:drawing>
          <wp:inline distT="0" distB="0" distL="0" distR="0">
            <wp:extent cx="6858000" cy="10102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67" cy="1010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2A66" w:rsidRDefault="003C2A66" w:rsidP="003C2A66">
      <w:pPr>
        <w:autoSpaceDE w:val="0"/>
        <w:autoSpaceDN w:val="0"/>
        <w:spacing w:after="78" w:line="220" w:lineRule="exact"/>
      </w:pPr>
    </w:p>
    <w:p w:rsidR="003C2A66" w:rsidRPr="003C2A66" w:rsidRDefault="003C2A66" w:rsidP="003C2A66">
      <w:pPr>
        <w:autoSpaceDE w:val="0"/>
        <w:autoSpaceDN w:val="0"/>
        <w:spacing w:after="0" w:line="230" w:lineRule="auto"/>
        <w:rPr>
          <w:lang w:val="ru-RU"/>
        </w:rPr>
      </w:pPr>
      <w:r w:rsidRPr="003C2A66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3C2A66" w:rsidRPr="00BB3C5F" w:rsidRDefault="003C2A66" w:rsidP="003C2A66">
      <w:pPr>
        <w:autoSpaceDE w:val="0"/>
        <w:autoSpaceDN w:val="0"/>
        <w:spacing w:before="346" w:after="0" w:line="271" w:lineRule="auto"/>
        <w:ind w:right="432" w:firstLine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:rsidR="003C2A66" w:rsidRPr="00BB3C5F" w:rsidRDefault="003C2A66" w:rsidP="003C2A66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:rsidR="003C2A66" w:rsidRPr="00BB3C5F" w:rsidRDefault="003C2A66" w:rsidP="003C2A66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</w:t>
      </w:r>
      <w:r w:rsidRPr="00BB3C5F">
        <w:rPr>
          <w:lang w:val="ru-RU"/>
        </w:rPr>
        <w:br/>
      </w:r>
      <w:proofErr w:type="spellStart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саморегуляция</w:t>
      </w:r>
      <w:proofErr w:type="spellEnd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</w:t>
      </w:r>
    </w:p>
    <w:p w:rsidR="003C2A66" w:rsidRPr="00BB3C5F" w:rsidRDefault="003C2A66" w:rsidP="003C2A6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</w:t>
      </w:r>
      <w:proofErr w:type="spellStart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за период обучения, а также предметные достижения младшего школьника за каждый год обучения в начальной школе.</w:t>
      </w:r>
    </w:p>
    <w:p w:rsidR="003C2A66" w:rsidRPr="00BB3C5F" w:rsidRDefault="003C2A66" w:rsidP="003C2A66">
      <w:pPr>
        <w:tabs>
          <w:tab w:val="left" w:pos="180"/>
        </w:tabs>
        <w:autoSpaceDE w:val="0"/>
        <w:autoSpaceDN w:val="0"/>
        <w:spacing w:before="190" w:after="0" w:line="281" w:lineRule="auto"/>
        <w:ind w:right="864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:rsidR="003C2A66" w:rsidRPr="00BB3C5F" w:rsidRDefault="003C2A66" w:rsidP="003C2A66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требованиями времени и инновационными установками отечественного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образования, обозначенными во ФГОС НОО, данная программа обеспечивает реализацию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обновлённой концептуальной идеи учебного предмета «Технология». Её особенность состоит в формировании у обучающихся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:rsidR="003C2A66" w:rsidRPr="00BB3C5F" w:rsidRDefault="003C2A66" w:rsidP="003C2A6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В курсе технологии осуществляется реализация широкого спектра </w:t>
      </w:r>
      <w:proofErr w:type="spellStart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связей.</w:t>
      </w:r>
    </w:p>
    <w:p w:rsidR="003C2A66" w:rsidRPr="00BB3C5F" w:rsidRDefault="003C2A66" w:rsidP="003C2A66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Математика </w:t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</w:t>
      </w:r>
    </w:p>
    <w:p w:rsidR="003C2A66" w:rsidRPr="00BB3C5F" w:rsidRDefault="003C2A66" w:rsidP="003C2A6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 — использование средств художественной выразительности, законов и правил декоративно-прикладного искусства и дизайна.</w:t>
      </w:r>
    </w:p>
    <w:p w:rsidR="003C2A66" w:rsidRPr="00BB3C5F" w:rsidRDefault="003C2A66" w:rsidP="003C2A66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>Окружающий мир</w:t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 </w:t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>Родной язык</w:t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:rsidR="003C2A66" w:rsidRPr="00BB3C5F" w:rsidRDefault="003C2A66" w:rsidP="003C2A6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>Литературное чтени</w:t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е — работа с текстами для создания образа, реализуемого в изделии.</w:t>
      </w:r>
    </w:p>
    <w:p w:rsidR="003C2A66" w:rsidRPr="00BB3C5F" w:rsidRDefault="003C2A66" w:rsidP="003C2A66">
      <w:pPr>
        <w:autoSpaceDE w:val="0"/>
        <w:autoSpaceDN w:val="0"/>
        <w:spacing w:before="70" w:after="0" w:line="262" w:lineRule="auto"/>
        <w:ind w:right="720"/>
        <w:jc w:val="center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</w:t>
      </w:r>
    </w:p>
    <w:p w:rsidR="003C2A66" w:rsidRPr="00BB3C5F" w:rsidRDefault="003C2A66" w:rsidP="003C2A66">
      <w:pPr>
        <w:autoSpaceDE w:val="0"/>
        <w:autoSpaceDN w:val="0"/>
        <w:spacing w:after="0" w:line="230" w:lineRule="auto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духовного и нравственного развития обучающихся младшего школьного возраста.</w:t>
      </w:r>
    </w:p>
    <w:p w:rsidR="003C2A66" w:rsidRPr="00BB3C5F" w:rsidRDefault="003C2A66" w:rsidP="003C2A66">
      <w:pPr>
        <w:autoSpaceDE w:val="0"/>
        <w:autoSpaceDN w:val="0"/>
        <w:spacing w:before="70" w:after="0"/>
        <w:ind w:firstLine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материальной культуры и семейных традиций своего и других народов и уважительного отношения к ним.</w:t>
      </w:r>
    </w:p>
    <w:p w:rsidR="003C2A66" w:rsidRPr="00BB3C5F" w:rsidRDefault="003C2A66" w:rsidP="003C2A66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:rsidR="003C2A66" w:rsidRPr="00BB3C5F" w:rsidRDefault="003C2A66" w:rsidP="003C2A66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3C2A66" w:rsidRPr="00BB3C5F" w:rsidRDefault="003C2A66" w:rsidP="003C2A66">
      <w:pPr>
        <w:tabs>
          <w:tab w:val="left" w:pos="180"/>
        </w:tabs>
        <w:autoSpaceDE w:val="0"/>
        <w:autoSpaceDN w:val="0"/>
        <w:spacing w:before="192" w:after="0" w:line="281" w:lineRule="auto"/>
        <w:ind w:right="144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</w:t>
      </w:r>
      <w:proofErr w:type="gramStart"/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>ТЕХНОЛОГИЯ»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proofErr w:type="gramEnd"/>
      <w:r w:rsidRPr="00BB3C5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Основной целью </w:t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конструкторско-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:rsidR="003C2A66" w:rsidRPr="00BB3C5F" w:rsidRDefault="003C2A66" w:rsidP="003C2A66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 w:rsidR="003C2A66" w:rsidRPr="00BB3C5F" w:rsidRDefault="003C2A66" w:rsidP="003C2A6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Образовательные задачи курса: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общих представлений о культуре и организации трудовой деятельности как важной части общей культуры человека;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основ </w:t>
      </w:r>
      <w:proofErr w:type="spellStart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чертёжно</w:t>
      </w:r>
      <w:proofErr w:type="spellEnd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-графической грамотности, умения работать с простейшей технологической документацией (рисунок, чертёж, эскиз, схема);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:rsidR="003C2A66" w:rsidRPr="00BB3C5F" w:rsidRDefault="003C2A66" w:rsidP="003C2A6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Развивающие задачи: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сенсомоторных процессов, психомоторной координации, глазомера через формирование практических умений;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развитие гибкости и вариативности мышления, способностей к изобретательской деятельности.</w:t>
      </w:r>
    </w:p>
    <w:p w:rsidR="003C2A66" w:rsidRPr="00BB3C5F" w:rsidRDefault="003C2A66" w:rsidP="003C2A6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Воспитательные задачи: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уважительного отношения к людям труда, к культурным традициям, понимания ценности предшествующих культур, отражённых в материальном мире;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саморегуляции</w:t>
      </w:r>
      <w:proofErr w:type="spellEnd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, активности и инициативности;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становление экологического сознания, внимательного и вдумчивого отношения к окружающей</w:t>
      </w:r>
    </w:p>
    <w:p w:rsidR="003C2A66" w:rsidRPr="00BB3C5F" w:rsidRDefault="003C2A66" w:rsidP="003C2A66">
      <w:pPr>
        <w:rPr>
          <w:lang w:val="ru-RU"/>
        </w:rPr>
        <w:sectPr w:rsidR="003C2A66" w:rsidRPr="00BB3C5F">
          <w:pgSz w:w="11900" w:h="16840"/>
          <w:pgMar w:top="286" w:right="704" w:bottom="378" w:left="666" w:header="720" w:footer="720" w:gutter="0"/>
          <w:cols w:space="720" w:equalWidth="0">
            <w:col w:w="10530" w:space="0"/>
          </w:cols>
          <w:docGrid w:linePitch="360"/>
        </w:sectPr>
      </w:pPr>
    </w:p>
    <w:p w:rsidR="003C2A66" w:rsidRPr="00BB3C5F" w:rsidRDefault="003C2A66" w:rsidP="003C2A66">
      <w:pPr>
        <w:autoSpaceDE w:val="0"/>
        <w:autoSpaceDN w:val="0"/>
        <w:spacing w:after="66" w:line="220" w:lineRule="exact"/>
        <w:rPr>
          <w:lang w:val="ru-RU"/>
        </w:rPr>
      </w:pPr>
    </w:p>
    <w:p w:rsidR="003C2A66" w:rsidRPr="00BB3C5F" w:rsidRDefault="003C2A66" w:rsidP="003C2A66">
      <w:pPr>
        <w:tabs>
          <w:tab w:val="left" w:pos="180"/>
        </w:tabs>
        <w:autoSpaceDE w:val="0"/>
        <w:autoSpaceDN w:val="0"/>
        <w:spacing w:after="0" w:line="271" w:lineRule="auto"/>
        <w:ind w:right="144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природе, осознание взаимосвязи рукотворного мира с миром природы;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3C2A66" w:rsidRPr="00BB3C5F" w:rsidRDefault="003C2A66" w:rsidP="003C2A66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«ТЕХНОЛОГИЯ» В УЧЕБНОМ ПЛАНЕ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Согласно требованиям ФГОС общее число часов на изучение курса «Технология» в 4 классе — 34 часа (по 1 часу в неделю).</w:t>
      </w:r>
    </w:p>
    <w:p w:rsidR="003C2A66" w:rsidRDefault="003C2A66" w:rsidP="003C2A66">
      <w:pPr>
        <w:rPr>
          <w:lang w:val="ru-RU"/>
        </w:rPr>
      </w:pPr>
    </w:p>
    <w:p w:rsidR="001B6BF0" w:rsidRPr="00BB3C5F" w:rsidRDefault="001B6BF0" w:rsidP="001B6BF0">
      <w:pPr>
        <w:autoSpaceDE w:val="0"/>
        <w:autoSpaceDN w:val="0"/>
        <w:spacing w:after="78" w:line="220" w:lineRule="exact"/>
        <w:rPr>
          <w:lang w:val="ru-RU"/>
        </w:rPr>
      </w:pPr>
    </w:p>
    <w:p w:rsidR="001B6BF0" w:rsidRPr="00BB3C5F" w:rsidRDefault="001B6BF0" w:rsidP="001B6BF0">
      <w:pPr>
        <w:autoSpaceDE w:val="0"/>
        <w:autoSpaceDN w:val="0"/>
        <w:spacing w:after="0" w:line="230" w:lineRule="auto"/>
        <w:rPr>
          <w:lang w:val="ru-RU"/>
        </w:rPr>
      </w:pP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346" w:after="0" w:line="281" w:lineRule="auto"/>
        <w:ind w:right="144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Технологии, профессии и производства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др.).</w:t>
      </w:r>
    </w:p>
    <w:p w:rsidR="001B6BF0" w:rsidRPr="00BB3C5F" w:rsidRDefault="001B6BF0" w:rsidP="001B6BF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Профессии, связанные с опасностями (пожарные, космонавты, химики и др.).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1B6BF0" w:rsidRPr="00BB3C5F" w:rsidRDefault="001B6BF0" w:rsidP="001B6BF0">
      <w:pPr>
        <w:autoSpaceDE w:val="0"/>
        <w:autoSpaceDN w:val="0"/>
        <w:spacing w:before="72" w:after="0" w:line="271" w:lineRule="auto"/>
        <w:ind w:right="864" w:firstLine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др.).</w:t>
      </w:r>
    </w:p>
    <w:p w:rsidR="001B6BF0" w:rsidRPr="00BB3C5F" w:rsidRDefault="001B6BF0" w:rsidP="001B6BF0">
      <w:pPr>
        <w:autoSpaceDE w:val="0"/>
        <w:autoSpaceDN w:val="0"/>
        <w:spacing w:before="70" w:after="0" w:line="281" w:lineRule="auto"/>
        <w:ind w:right="720" w:firstLine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190" w:after="0" w:line="271" w:lineRule="auto"/>
        <w:ind w:right="1008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Технологии ручной обработки материалов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Синтетические материалы — ткани, полимеры (пластик, поролон). Их свойства. Создание синтетических материалов с заданными свойствами.</w:t>
      </w:r>
    </w:p>
    <w:p w:rsidR="001B6BF0" w:rsidRPr="00BB3C5F" w:rsidRDefault="001B6BF0" w:rsidP="001B6BF0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дополнительными/изменёнными требованиями к изделию.</w:t>
      </w:r>
    </w:p>
    <w:p w:rsidR="001B6BF0" w:rsidRPr="00BB3C5F" w:rsidRDefault="001B6BF0" w:rsidP="001B6BF0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1B6BF0" w:rsidRPr="00BB3C5F" w:rsidRDefault="001B6BF0" w:rsidP="001B6BF0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др.), </w:t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её назначение (соединение и отделка деталей) и/или строчки петлеобразного и крестообразного стежков (соединительные и отделочные). Подбор ручных строчек для сшивания и отделки изделий.</w:t>
      </w:r>
    </w:p>
    <w:p w:rsidR="001B6BF0" w:rsidRPr="00BB3C5F" w:rsidRDefault="001B6BF0" w:rsidP="001B6BF0">
      <w:pPr>
        <w:autoSpaceDE w:val="0"/>
        <w:autoSpaceDN w:val="0"/>
        <w:spacing w:before="70" w:after="0" w:line="230" w:lineRule="auto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Простейший ремонт изделий.</w:t>
      </w:r>
    </w:p>
    <w:p w:rsidR="001B6BF0" w:rsidRPr="00BB3C5F" w:rsidRDefault="001B6BF0" w:rsidP="001B6BF0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 обработки синтетических материалов. Пластик, поролон, полиэтилен. Общее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знакомство, сравнение свойств. Самостоятельное определение технологий их обработки в сравнении с освоенными материалами.</w:t>
      </w:r>
    </w:p>
    <w:p w:rsidR="001B6BF0" w:rsidRPr="00BB3C5F" w:rsidRDefault="001B6BF0" w:rsidP="001B6BF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Комбинированное использование разных материалов.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190" w:after="0" w:line="271" w:lineRule="auto"/>
        <w:ind w:right="1584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Конструирование и моделирование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Современные требования к техническим устройствам (</w:t>
      </w:r>
      <w:proofErr w:type="spellStart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экологичность</w:t>
      </w:r>
      <w:proofErr w:type="spellEnd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, безопасность, эргономичность и др.).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Конструирование и моделирование изделий из различных материалов, в том числе </w:t>
      </w:r>
      <w:proofErr w:type="spellStart"/>
      <w:proofErr w:type="gramStart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наборов«</w:t>
      </w:r>
      <w:proofErr w:type="gramEnd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Конструктор</w:t>
      </w:r>
      <w:proofErr w:type="spellEnd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» по проектному заданию или собственному замыслу. Поиск оптимальных и доступных</w:t>
      </w:r>
    </w:p>
    <w:p w:rsidR="001B6BF0" w:rsidRPr="00BB3C5F" w:rsidRDefault="001B6BF0" w:rsidP="001B6BF0">
      <w:pPr>
        <w:autoSpaceDE w:val="0"/>
        <w:autoSpaceDN w:val="0"/>
        <w:spacing w:after="0" w:line="271" w:lineRule="auto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1B6BF0" w:rsidRPr="00BB3C5F" w:rsidRDefault="001B6BF0" w:rsidP="001B6BF0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1B6BF0" w:rsidRPr="00BB3C5F" w:rsidRDefault="001B6BF0" w:rsidP="001B6BF0">
      <w:pPr>
        <w:autoSpaceDE w:val="0"/>
        <w:autoSpaceDN w:val="0"/>
        <w:spacing w:before="190" w:after="0" w:line="262" w:lineRule="auto"/>
        <w:ind w:left="180" w:right="1296"/>
        <w:rPr>
          <w:lang w:val="ru-RU"/>
        </w:rPr>
      </w:pP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Информационно-коммуникативные технологии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Работа с доступной информацией в Интернете и на цифровых носителях информации.</w:t>
      </w:r>
    </w:p>
    <w:p w:rsidR="001B6BF0" w:rsidRPr="00BB3C5F" w:rsidRDefault="001B6BF0" w:rsidP="001B6BF0">
      <w:pPr>
        <w:autoSpaceDE w:val="0"/>
        <w:autoSpaceDN w:val="0"/>
        <w:spacing w:before="70" w:after="0" w:line="278" w:lineRule="auto"/>
        <w:ind w:firstLine="180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Электронные и </w:t>
      </w:r>
      <w:proofErr w:type="spellStart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медиаресурсы</w:t>
      </w:r>
      <w:proofErr w:type="spellEnd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др. Создание презентаций в программе </w:t>
      </w:r>
      <w:r>
        <w:rPr>
          <w:rFonts w:ascii="Times New Roman" w:eastAsia="Times New Roman" w:hAnsi="Times New Roman"/>
          <w:color w:val="000000"/>
          <w:sz w:val="24"/>
        </w:rPr>
        <w:t>PowerPoint</w:t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 или другой.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190" w:after="0" w:line="288" w:lineRule="auto"/>
        <w:ind w:right="144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Познавательные УУД: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изученного);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конструкции предложенных образцов изделий;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конструировать и моделировать изделия из различных материалов по образцу, рисунку,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простейшему чертежу, эскизу, схеме с использованием общепринятых условных обозначений и по заданным условиям;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выстраивать последовательность практических действий и технологических операций; подбирать материал и инструменты; выполнять экономную разметку; сборку, отделку изделия;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простые задачи на преобразование конструкции;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работу в соответствии с инструкцией, устной или письменной;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результат работы с заданным алгоритмом, проверять изделия в действии, вносить необходимые дополнения и изменения;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изделия по самостоятельно предложенному существенному признаку (используемый материал, форма, размер, назначение, способ сборки);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анализа и синтеза, сравнения, классификации предметов/изделий с учётом указанных критериев; </w:t>
      </w:r>
      <w:r w:rsidRPr="00BB3C5F">
        <w:rPr>
          <w:lang w:val="ru-RU"/>
        </w:rPr>
        <w:br/>
      </w:r>
      <w:r w:rsidRPr="00BB3C5F">
        <w:rPr>
          <w:lang w:val="ru-RU"/>
        </w:rPr>
        <w:lastRenderedPageBreak/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устройство простых изделий по образцу, рисунку, выделять основные и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второстепенные составляющие конструкции.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72" w:after="0" w:line="286" w:lineRule="auto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на основе анализа информации производить выбор наиболее эффективных способов работы; </w:t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знаково-символические средства для решения задач в умственной или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материализованной форме, выполнять действия моделирования, работать с моделями;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дополнительной информации по тематике творческих и проектных работ; </w:t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рисунки из ресурса компьютера в оформлении изделий и др.;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Коммуникативные УУД: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правила участия в диалоге: ставить вопросы, аргументировать и доказывать свою точку зрения, уважительно относиться к чужому мнению;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описывать факты из истории развития ремёсел на Руси и в России, высказывать своё отношение к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after="0" w:line="281" w:lineRule="auto"/>
        <w:ind w:right="432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предметам декоративно-прикладного искусства разных народов РФ;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тексты-рассуждения: раскрывать последовательность операций при работе с разными материалами;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осознавать культурно-исторический смысл и назначение праздников, их роль в жизни каждого человека; ориентироваться в традициях организации и оформления праздников.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Регулятивные УУД: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принимать учебную задачу, самостоятельно определять цели учебно-познавательной деятельности;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практическую работу в соответствии с поставленной целью и выполнять её в соответствии с планом;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контроля/самоконтроля и оценки; процесса и результата деятельности, при необходимости вносить коррективы в выполняемые действия;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волевую </w:t>
      </w:r>
      <w:proofErr w:type="spellStart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саморегуляцию</w:t>
      </w:r>
      <w:proofErr w:type="spellEnd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выполнении задания.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Совместная деятельность: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интерес к деятельности своих товарищей и результатам их работы; в доброжелательной форме комментировать и оценивать их достижения;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в процессе анализа и оценки совместной деятельности высказывать свои предложения и пожелания; выслушивать и принимать к сведению мнение одноклассников, их советы и пожелания; с уважением относиться к разной оценке своих достижений.</w:t>
      </w:r>
    </w:p>
    <w:p w:rsidR="001B6BF0" w:rsidRPr="003C2A66" w:rsidRDefault="001B6BF0" w:rsidP="001B6BF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Информационная мастерская. Проект «Дружный класс» (7 часов)</w:t>
      </w: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>Вспомним и обсудим! Информация. Интернет. Создание текста на компьютере. Создание презентаций. Программа Р</w:t>
      </w:r>
      <w:proofErr w:type="spellStart"/>
      <w:r w:rsidRPr="009F283F">
        <w:rPr>
          <w:rFonts w:ascii="Times New Roman" w:eastAsia="Times New Roman" w:hAnsi="Times New Roman" w:cs="Times New Roman"/>
          <w:sz w:val="24"/>
          <w:szCs w:val="24"/>
        </w:rPr>
        <w:t>ower</w:t>
      </w:r>
      <w:proofErr w:type="spellEnd"/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F283F">
        <w:rPr>
          <w:rFonts w:ascii="Times New Roman" w:eastAsia="Times New Roman" w:hAnsi="Times New Roman" w:cs="Times New Roman"/>
          <w:sz w:val="24"/>
          <w:szCs w:val="24"/>
        </w:rPr>
        <w:t>Point</w:t>
      </w:r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>. Проверим себя. Презентация класса. Эмблема класса. Папка «Мои достижения».</w:t>
      </w: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Проверим себя</w:t>
      </w: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Студия «Реклама» (4 часа)</w:t>
      </w: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>Реклама и маркетинг. Упаковка для мелочей. Коробка для подарка. Упаковка для сюрприза. Проверим себя</w:t>
      </w: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Студия «Декор интерьера» (5 часов)</w:t>
      </w: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>Интерьеры разных времён. Художественная техника</w:t>
      </w: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>декупаж</w:t>
      </w:r>
      <w:proofErr w:type="spellEnd"/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>» Плетёные салфетки. Цветы из креповой бумаги. Сувениры на проволочных кольцах. Изделия из полимеров. Проверим себя</w:t>
      </w: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Новогодняя студия (3 часа)</w:t>
      </w: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>Новогодние традиции. Игрушки из зубочисток. Игрушки из трубочек для коктейля. Проверим себя</w:t>
      </w: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Студия «Мода» (8 часов)</w:t>
      </w: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История одежды и текстильных материалов. Исторический костюм. Одежда народов России. Синтетические ткани. Твоя школьная форма. Объёмные рамки. Аксессуары одежды. Вышивка лентами. Проверим себя</w:t>
      </w: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Студия «Подарки» (3 часа)</w:t>
      </w: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>День защитника Отечества. Плетёная открытка. Весенние цветы.</w:t>
      </w: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Проверим себя</w:t>
      </w: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Студия «Игрушки» (4 часов)</w:t>
      </w: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История игрушек.  Игрушка – </w:t>
      </w:r>
      <w:proofErr w:type="spellStart"/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>попрыгушка</w:t>
      </w:r>
      <w:proofErr w:type="spellEnd"/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>. Качающиеся игрушки. Подвижная игрушка «Щелкунчик» Игрушка с рычажным механизмом. Подготовка портфолио. Проверим себя</w:t>
      </w:r>
    </w:p>
    <w:p w:rsidR="001B6BF0" w:rsidRPr="00BB3C5F" w:rsidRDefault="001B6BF0" w:rsidP="001B6BF0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3C2A6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РЕЗУЛЬТАТЫ ОСВОЕНИЯ УЧЕБНОГО ПРЕДМЕТА «</w:t>
      </w:r>
      <w:proofErr w:type="gramStart"/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>ТЕХНОЛОГИЯ»НА</w:t>
      </w:r>
      <w:proofErr w:type="gramEnd"/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УРОВНЕ НАЧАЛЬНОГО ОБЩЕГО ОБРАЗОВАНИЯ 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346" w:after="0" w:line="290" w:lineRule="auto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ОБУЧАЮЩЕГОСЯ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роли человека и используемых им технологий в сохранении гармонического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сосуществования рукотворного мира с миром природы; ответственное отношение к сохранению окружающей среды;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природных объектов, образцов мировой и отечественной художественной культуры;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устойчивых волевых качества и способность к </w:t>
      </w:r>
      <w:proofErr w:type="spellStart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саморегуляции</w:t>
      </w:r>
      <w:proofErr w:type="spellEnd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: организованность, аккуратность, трудолюбие, ответственность, умение справляться с доступными проблемами; </w:t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:rsidR="001B6BF0" w:rsidRPr="00BB3C5F" w:rsidRDefault="001B6BF0" w:rsidP="001B6BF0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 xml:space="preserve">МЕТАПРЕДМЕТНЫЕ РЕЗУЛЬТАТЫ ОБУЧАЮЩЕГОСЯ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190" w:after="0" w:line="288" w:lineRule="auto"/>
        <w:ind w:right="288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УУД: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анализ объектов и изделий с выделением существенных и несущественных признаков;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группы объектов/изделий, выделять в них общее и различия;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обобщения (технико-технологического и декоративно-художественного характера) по изучаемой тематике;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схемы, модели и простейшие чертежи в собственной практической творческой деятельности;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Работа с информацией: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моделями;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УУД: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объяснять последовательность совершаемых действий при создании изделия.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УУД: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безопасности труда при выполнении работы;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работу, соотносить свои действия с поставленной целью;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причинно-следственные связи между выполняемыми действиями и их результатами, </w:t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прогнозировать действия для получения необходимых результатов;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волевую </w:t>
      </w:r>
      <w:proofErr w:type="spellStart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саморегуляцию</w:t>
      </w:r>
      <w:proofErr w:type="spellEnd"/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выполнении работы.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Совместная деятельность: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 </w:t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1B6BF0" w:rsidRPr="00BB3C5F" w:rsidRDefault="001B6BF0" w:rsidP="001B6BF0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 ОСВОЕНИЯ КУРСА «ТЕХНОЛОГИЯ»</w:t>
      </w: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>четвёртом</w:t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классе обучающийся научится: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формировать общее представление о мире профессий, их социальном значении; о творчестве и творческих профессиях, о мировых достижениях в области техники и искусства (в рамках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изученного), о наиболее значимых окружающих производствах;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на основе анализа задания самостоятельно организовывать рабочее место в зависимости от вида работы, осуществлять планирование трудового процесса;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замысел; при необходимости вносить коррективы в выполняемые действия;</w:t>
      </w:r>
      <w:r w:rsidRPr="001B6BF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элементарные основы бытовой культуры, выполнять доступные действия по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самообслуживанию и доступные виды домашнего труда;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 и пр.), комбинировать различные способы в зависимости и от поставленной задачи; оформлять изделия и соединять д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етали освоенными ручными строч</w:t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ками;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на основе усвоенных правил дизайна решать простейшие художественно-конструкторские задачи по созданию изделий с заданной функцией;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небольшие тексты, презентации и печатные публикации с использованием изображений на экране компьютера; оформлять текст (выбор шрифта, размера, цвета шрифта, выравнивание абзаца);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доступной информацией; работать в программах </w:t>
      </w:r>
      <w:r>
        <w:rPr>
          <w:rFonts w:ascii="Times New Roman" w:eastAsia="Times New Roman" w:hAnsi="Times New Roman"/>
          <w:color w:val="000000"/>
          <w:sz w:val="24"/>
        </w:rPr>
        <w:t>Word</w:t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Power</w:t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Point</w:t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</w:t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проектной деятельности; </w:t>
      </w:r>
      <w:r w:rsidRPr="00BB3C5F">
        <w:rPr>
          <w:lang w:val="ru-RU"/>
        </w:rPr>
        <w:br/>
      </w:r>
      <w:r w:rsidRPr="00BB3C5F">
        <w:rPr>
          <w:lang w:val="ru-RU"/>
        </w:rPr>
        <w:tab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сотрудничество в различных видах совместной деятельности; предлагать идеи для обсуждения, уважительно относиться к мнению товарищей, договариваться; участвовать в </w:t>
      </w:r>
      <w:r w:rsidRPr="00BB3C5F">
        <w:rPr>
          <w:lang w:val="ru-RU"/>
        </w:rPr>
        <w:br/>
      </w:r>
      <w:r w:rsidRPr="00BB3C5F">
        <w:rPr>
          <w:rFonts w:ascii="Times New Roman" w:eastAsia="Times New Roman" w:hAnsi="Times New Roman"/>
          <w:color w:val="000000"/>
          <w:sz w:val="24"/>
          <w:lang w:val="ru-RU"/>
        </w:rPr>
        <w:t>распределении ролей, координировать собственную работу в общем процессе.</w:t>
      </w:r>
    </w:p>
    <w:p w:rsidR="001B6BF0" w:rsidRDefault="001B6BF0" w:rsidP="001B6BF0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</w:p>
    <w:p w:rsidR="001B6BF0" w:rsidRPr="009F283F" w:rsidRDefault="001B6BF0" w:rsidP="001B6BF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9F283F">
        <w:rPr>
          <w:rFonts w:ascii="Times New Roman" w:eastAsia="Times New Roman" w:hAnsi="Times New Roman" w:cs="Times New Roman"/>
          <w:b/>
          <w:sz w:val="24"/>
          <w:szCs w:val="24"/>
        </w:rPr>
        <w:t>Учебно-тематический</w:t>
      </w:r>
      <w:proofErr w:type="spellEnd"/>
      <w:r w:rsidRPr="009F283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F283F">
        <w:rPr>
          <w:rFonts w:ascii="Times New Roman" w:eastAsia="Times New Roman" w:hAnsi="Times New Roman" w:cs="Times New Roman"/>
          <w:b/>
          <w:sz w:val="24"/>
          <w:szCs w:val="24"/>
        </w:rPr>
        <w:t>план</w:t>
      </w:r>
      <w:proofErr w:type="spellEnd"/>
    </w:p>
    <w:p w:rsidR="001B6BF0" w:rsidRPr="009F283F" w:rsidRDefault="001B6BF0" w:rsidP="001B6BF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0"/>
        <w:tblW w:w="0" w:type="auto"/>
        <w:tblInd w:w="720" w:type="dxa"/>
        <w:tblLook w:val="04A0" w:firstRow="1" w:lastRow="0" w:firstColumn="1" w:lastColumn="0" w:noHBand="0" w:noVBand="1"/>
      </w:tblPr>
      <w:tblGrid>
        <w:gridCol w:w="739"/>
        <w:gridCol w:w="6010"/>
        <w:gridCol w:w="3199"/>
      </w:tblGrid>
      <w:tr w:rsidR="001B6BF0" w:rsidRPr="009F283F" w:rsidTr="001463E8">
        <w:tc>
          <w:tcPr>
            <w:tcW w:w="948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28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981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F28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F28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разделов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65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F28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F28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1B6BF0" w:rsidRPr="009F283F" w:rsidTr="001463E8">
        <w:tc>
          <w:tcPr>
            <w:tcW w:w="948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1" w:type="dxa"/>
          </w:tcPr>
          <w:p w:rsidR="001B6BF0" w:rsidRPr="003C2A66" w:rsidRDefault="001B6BF0" w:rsidP="001463E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Информационная мастерская. Проект «Дружный класс»</w:t>
            </w:r>
          </w:p>
        </w:tc>
        <w:tc>
          <w:tcPr>
            <w:tcW w:w="4965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7ч</w:t>
            </w:r>
          </w:p>
        </w:tc>
      </w:tr>
      <w:tr w:rsidR="001B6BF0" w:rsidRPr="009F283F" w:rsidTr="001463E8">
        <w:tc>
          <w:tcPr>
            <w:tcW w:w="948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81" w:type="dxa"/>
          </w:tcPr>
          <w:p w:rsidR="001B6BF0" w:rsidRPr="009F283F" w:rsidRDefault="001B6BF0" w:rsidP="00146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Студия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Реклама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4965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4ч</w:t>
            </w:r>
          </w:p>
        </w:tc>
      </w:tr>
      <w:tr w:rsidR="001B6BF0" w:rsidRPr="009F283F" w:rsidTr="001463E8">
        <w:tc>
          <w:tcPr>
            <w:tcW w:w="948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1" w:type="dxa"/>
          </w:tcPr>
          <w:p w:rsidR="001B6BF0" w:rsidRPr="009F283F" w:rsidRDefault="001B6BF0" w:rsidP="00146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Студия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интерьера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4965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5ч</w:t>
            </w:r>
          </w:p>
        </w:tc>
      </w:tr>
      <w:tr w:rsidR="001B6BF0" w:rsidRPr="009F283F" w:rsidTr="001463E8">
        <w:tc>
          <w:tcPr>
            <w:tcW w:w="948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81" w:type="dxa"/>
          </w:tcPr>
          <w:p w:rsidR="001B6BF0" w:rsidRPr="009F283F" w:rsidRDefault="001B6BF0" w:rsidP="00146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студия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5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3ч</w:t>
            </w:r>
          </w:p>
        </w:tc>
      </w:tr>
      <w:tr w:rsidR="001B6BF0" w:rsidRPr="009F283F" w:rsidTr="001463E8">
        <w:tc>
          <w:tcPr>
            <w:tcW w:w="948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28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981" w:type="dxa"/>
          </w:tcPr>
          <w:p w:rsidR="001B6BF0" w:rsidRPr="009F283F" w:rsidRDefault="001B6BF0" w:rsidP="00146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Студия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Мода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4965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8ч</w:t>
            </w:r>
          </w:p>
        </w:tc>
      </w:tr>
      <w:tr w:rsidR="001B6BF0" w:rsidRPr="009F283F" w:rsidTr="001463E8">
        <w:tc>
          <w:tcPr>
            <w:tcW w:w="948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28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981" w:type="dxa"/>
          </w:tcPr>
          <w:p w:rsidR="001B6BF0" w:rsidRPr="009F283F" w:rsidRDefault="001B6BF0" w:rsidP="00146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Студия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Подарки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4965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3ч</w:t>
            </w:r>
          </w:p>
        </w:tc>
      </w:tr>
      <w:tr w:rsidR="001B6BF0" w:rsidRPr="009F283F" w:rsidTr="001463E8">
        <w:tc>
          <w:tcPr>
            <w:tcW w:w="948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28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981" w:type="dxa"/>
          </w:tcPr>
          <w:p w:rsidR="001B6BF0" w:rsidRPr="009F283F" w:rsidRDefault="001B6BF0" w:rsidP="00146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Студия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4965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83F">
              <w:rPr>
                <w:rFonts w:ascii="Times New Roman" w:eastAsia="Times New Roman" w:hAnsi="Times New Roman" w:cs="Times New Roman"/>
                <w:sz w:val="24"/>
                <w:szCs w:val="24"/>
              </w:rPr>
              <w:t>4ч</w:t>
            </w:r>
          </w:p>
        </w:tc>
      </w:tr>
      <w:tr w:rsidR="001B6BF0" w:rsidRPr="009F283F" w:rsidTr="001463E8">
        <w:tc>
          <w:tcPr>
            <w:tcW w:w="948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1" w:type="dxa"/>
          </w:tcPr>
          <w:p w:rsidR="001B6BF0" w:rsidRPr="009F283F" w:rsidRDefault="001B6BF0" w:rsidP="001463E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F28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9F28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965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28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34 </w:t>
            </w:r>
            <w:proofErr w:type="spellStart"/>
            <w:r w:rsidRPr="009F28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часа</w:t>
            </w:r>
            <w:proofErr w:type="spellEnd"/>
          </w:p>
        </w:tc>
      </w:tr>
      <w:tr w:rsidR="001B6BF0" w:rsidRPr="009F283F" w:rsidTr="001463E8">
        <w:tc>
          <w:tcPr>
            <w:tcW w:w="948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1" w:type="dxa"/>
          </w:tcPr>
          <w:p w:rsidR="001B6BF0" w:rsidRPr="009F283F" w:rsidRDefault="001B6BF0" w:rsidP="001463E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5" w:type="dxa"/>
          </w:tcPr>
          <w:p w:rsidR="001B6BF0" w:rsidRPr="009F283F" w:rsidRDefault="001B6BF0" w:rsidP="001463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B6BF0" w:rsidRDefault="001B6BF0" w:rsidP="001B6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6BF0" w:rsidRPr="00BB3C5F" w:rsidRDefault="001B6BF0" w:rsidP="001B6BF0">
      <w:pPr>
        <w:autoSpaceDE w:val="0"/>
        <w:autoSpaceDN w:val="0"/>
        <w:spacing w:after="78" w:line="220" w:lineRule="exact"/>
        <w:rPr>
          <w:lang w:val="ru-RU"/>
        </w:rPr>
      </w:pPr>
    </w:p>
    <w:p w:rsidR="001B6BF0" w:rsidRPr="00BB3C5F" w:rsidRDefault="001B6BF0" w:rsidP="001B6BF0">
      <w:pPr>
        <w:jc w:val="center"/>
        <w:rPr>
          <w:lang w:val="ru-RU"/>
        </w:rPr>
      </w:pPr>
      <w:r w:rsidRPr="00BB3C5F">
        <w:rPr>
          <w:rFonts w:ascii="Times New Roman" w:eastAsia="Times New Roman" w:hAnsi="Times New Roman"/>
          <w:b/>
          <w:color w:val="000000"/>
          <w:sz w:val="24"/>
          <w:lang w:val="ru-RU"/>
        </w:rPr>
        <w:t>ПОУРОЧНОЕ ПЛАНИРОВАНИЕ</w:t>
      </w:r>
    </w:p>
    <w:tbl>
      <w:tblPr>
        <w:tblStyle w:val="aff0"/>
        <w:tblW w:w="10740" w:type="dxa"/>
        <w:tblLook w:val="04A0" w:firstRow="1" w:lastRow="0" w:firstColumn="1" w:lastColumn="0" w:noHBand="0" w:noVBand="1"/>
      </w:tblPr>
      <w:tblGrid>
        <w:gridCol w:w="901"/>
        <w:gridCol w:w="5870"/>
        <w:gridCol w:w="992"/>
        <w:gridCol w:w="850"/>
        <w:gridCol w:w="2127"/>
      </w:tblGrid>
      <w:tr w:rsidR="001B6BF0" w:rsidRPr="00A3141D" w:rsidTr="001463E8">
        <w:tc>
          <w:tcPr>
            <w:tcW w:w="901" w:type="dxa"/>
            <w:vMerge w:val="restart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70" w:type="dxa"/>
            <w:vMerge w:val="restart"/>
          </w:tcPr>
          <w:p w:rsidR="001B6BF0" w:rsidRPr="00A3141D" w:rsidRDefault="001B6BF0" w:rsidP="001463E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1842" w:type="dxa"/>
            <w:gridSpan w:val="2"/>
          </w:tcPr>
          <w:p w:rsidR="001B6BF0" w:rsidRPr="00A3141D" w:rsidRDefault="001B6BF0" w:rsidP="001463E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2127" w:type="dxa"/>
            <w:vMerge w:val="restart"/>
          </w:tcPr>
          <w:p w:rsidR="001B6BF0" w:rsidRPr="00A3141D" w:rsidRDefault="001B6BF0" w:rsidP="001463E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Д/З</w:t>
            </w:r>
          </w:p>
        </w:tc>
      </w:tr>
      <w:tr w:rsidR="001B6BF0" w:rsidRPr="00A3141D" w:rsidTr="001463E8">
        <w:tc>
          <w:tcPr>
            <w:tcW w:w="901" w:type="dxa"/>
            <w:vMerge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0" w:type="dxa"/>
            <w:vMerge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B6BF0" w:rsidRPr="00A3141D" w:rsidRDefault="001B6BF0" w:rsidP="001463E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2127" w:type="dxa"/>
            <w:vMerge/>
          </w:tcPr>
          <w:p w:rsidR="001B6BF0" w:rsidRPr="00A3141D" w:rsidRDefault="001B6BF0" w:rsidP="001463E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Вспомним и обсудим! Повторение изученного материала в 3 классе</w:t>
            </w:r>
          </w:p>
        </w:tc>
        <w:tc>
          <w:tcPr>
            <w:tcW w:w="992" w:type="dxa"/>
          </w:tcPr>
          <w:p w:rsidR="001B6BF0" w:rsidRPr="00A3141D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1B6BF0" w:rsidRPr="00A3141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Повторить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</w:p>
        </w:tc>
      </w:tr>
      <w:tr w:rsidR="001B6BF0" w:rsidRPr="001A6024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7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Информация. Интернет. Алгоритм поиска информации в Интернете.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компьютере</w:t>
            </w:r>
            <w:proofErr w:type="spellEnd"/>
          </w:p>
        </w:tc>
        <w:tc>
          <w:tcPr>
            <w:tcW w:w="992" w:type="dxa"/>
          </w:tcPr>
          <w:p w:rsidR="001B6BF0" w:rsidRPr="00A3141D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1B6BF0" w:rsidRPr="00A3141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Изучить правила работы на компьютере</w:t>
            </w:r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текста на компьютере в программе </w:t>
            </w: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</w:p>
        </w:tc>
        <w:tc>
          <w:tcPr>
            <w:tcW w:w="992" w:type="dxa"/>
          </w:tcPr>
          <w:p w:rsidR="001B6BF0" w:rsidRPr="00A3141D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1B6BF0" w:rsidRPr="00A3141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Напечатать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Алгоритм создания таблиц в программе </w:t>
            </w: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</w:p>
        </w:tc>
        <w:tc>
          <w:tcPr>
            <w:tcW w:w="992" w:type="dxa"/>
          </w:tcPr>
          <w:p w:rsidR="001B6BF0" w:rsidRPr="00A3141D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1B6BF0" w:rsidRPr="00A3141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7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Форматирование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proofErr w:type="spellEnd"/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6BF0" w:rsidRPr="00A3141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таблице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Программа </w:t>
            </w: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Power</w:t>
            </w: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Point</w:t>
            </w: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Создание компьютерной презентации</w:t>
            </w:r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слайда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7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компьютерной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  <w:proofErr w:type="spellEnd"/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слайда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Проверим себя. Проверка знаний и умений по теме «Информационный центр»</w:t>
            </w:r>
          </w:p>
        </w:tc>
        <w:tc>
          <w:tcPr>
            <w:tcW w:w="992" w:type="dxa"/>
          </w:tcPr>
          <w:p w:rsidR="001B6BF0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21.10</w:t>
            </w:r>
          </w:p>
          <w:p w:rsidR="00B72B89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7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Эмблема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28.10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Эскиз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эмблемы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7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11.11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7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Компьютерная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18.11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7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Реклама и маркетинг. Виды рекламы.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рекламы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известных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товаров</w:t>
            </w:r>
            <w:proofErr w:type="spellEnd"/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25.11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Упаковка для мелочей из развёрток разных форм с расчётом необходимых размеров</w:t>
            </w:r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2.12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Креповая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Новогодние игрушки с объёмными слоёными деталями из креповой бумаги</w:t>
            </w:r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9.12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Зубочистки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клей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Объёмные игрушки геометрических форм из зубочисток</w:t>
            </w:r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16.12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Трубочки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коктейля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Игрушки из трубочек для коктейля</w:t>
            </w:r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23.12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Коробочки для сюрпризов из развёрток разных форм с расчётом необходимых размеров</w:t>
            </w:r>
          </w:p>
        </w:tc>
        <w:tc>
          <w:tcPr>
            <w:tcW w:w="992" w:type="dxa"/>
          </w:tcPr>
          <w:p w:rsidR="001B6BF0" w:rsidRPr="001A6024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1B6BF0" w:rsidRPr="001A6024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Изготовление упаковок пирамидальной формы двумя способами</w:t>
            </w:r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13.01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Изготовление изделий в художественной технике «</w:t>
            </w:r>
            <w:proofErr w:type="spellStart"/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декупаж</w:t>
            </w:r>
            <w:proofErr w:type="spellEnd"/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20.01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Изготовление плетёных салфеток с помощью чертёжных инструментов</w:t>
            </w:r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27.01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Креповая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7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креповой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бумаги</w:t>
            </w:r>
            <w:proofErr w:type="spellEnd"/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3.02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Проволока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7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Сувениры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проволочных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кольцах</w:t>
            </w:r>
            <w:proofErr w:type="spellEnd"/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10.02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ткань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одежды и текстильных материалов. Мода разных времён. Беседа. Крестообразный стежок</w:t>
            </w:r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17.02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Плоскостная картонная модель костюма исторической эпохи</w:t>
            </w:r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24.02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кисти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Плоскостная картонная модель костюма народов России</w:t>
            </w:r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3.03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Ленточки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иголка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7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Вышивка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тонкими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лентами</w:t>
            </w:r>
            <w:proofErr w:type="spellEnd"/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Изготовление вариантов школьной формы для картонных кукол</w:t>
            </w:r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17.03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Объёмные рамки для плоскостных изделий </w:t>
            </w:r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24.03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7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Плетёная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открытка</w:t>
            </w:r>
            <w:proofErr w:type="spellEnd"/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7.04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7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Изготовление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макета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Царь-пушки</w:t>
            </w:r>
            <w:proofErr w:type="spellEnd"/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14.04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87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игрушек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Игрушка-попрыгушка</w:t>
            </w:r>
            <w:proofErr w:type="spellEnd"/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28.04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87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Игрушка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качающимся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механизмом</w:t>
            </w:r>
            <w:proofErr w:type="spellEnd"/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5.05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spellEnd"/>
          </w:p>
        </w:tc>
      </w:tr>
      <w:tr w:rsidR="001B6BF0" w:rsidRPr="00A3141D" w:rsidTr="001463E8"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87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Игрушка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рычажным</w:t>
            </w:r>
            <w:proofErr w:type="spellEnd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механизмом</w:t>
            </w:r>
            <w:proofErr w:type="spellEnd"/>
          </w:p>
        </w:tc>
        <w:tc>
          <w:tcPr>
            <w:tcW w:w="992" w:type="dxa"/>
          </w:tcPr>
          <w:p w:rsidR="001B6BF0" w:rsidRPr="00B72B89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12.05</w:t>
            </w:r>
          </w:p>
        </w:tc>
        <w:tc>
          <w:tcPr>
            <w:tcW w:w="850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spellEnd"/>
          </w:p>
        </w:tc>
      </w:tr>
      <w:tr w:rsidR="001B6BF0" w:rsidRPr="00B72B89" w:rsidTr="001463E8">
        <w:trPr>
          <w:trHeight w:val="65"/>
        </w:trPr>
        <w:tc>
          <w:tcPr>
            <w:tcW w:w="901" w:type="dxa"/>
          </w:tcPr>
          <w:p w:rsidR="001B6BF0" w:rsidRPr="00A3141D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141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7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узнали, чему научились. </w:t>
            </w:r>
            <w:r w:rsidRPr="003C2A6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Проверка знаний и умений за 4 класс</w:t>
            </w:r>
          </w:p>
        </w:tc>
        <w:tc>
          <w:tcPr>
            <w:tcW w:w="992" w:type="dxa"/>
          </w:tcPr>
          <w:p w:rsidR="001B6BF0" w:rsidRPr="003C2A66" w:rsidRDefault="00B72B89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850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1B6BF0" w:rsidRPr="003C2A66" w:rsidRDefault="001B6BF0" w:rsidP="001463E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B6BF0" w:rsidRPr="00BB3C5F" w:rsidRDefault="001B6BF0" w:rsidP="001B6BF0">
      <w:pPr>
        <w:widowControl w:val="0"/>
        <w:autoSpaceDE w:val="0"/>
        <w:autoSpaceDN w:val="0"/>
        <w:spacing w:before="8" w:after="0" w:line="240" w:lineRule="auto"/>
        <w:ind w:left="22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B3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УЧЕБНО-МЕТОДИЧЕСКОЕ</w:t>
      </w:r>
      <w:r w:rsidRPr="00BB3C5F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ОБЕСПЕЧЕНИЕ</w:t>
      </w:r>
      <w:r w:rsidRPr="00BB3C5F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ОБРАЗОВАТЕЛЬНОГО</w:t>
      </w:r>
      <w:r w:rsidRPr="00BB3C5F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ПРОЦЕССА</w:t>
      </w:r>
    </w:p>
    <w:p w:rsidR="001B6BF0" w:rsidRPr="00BB3C5F" w:rsidRDefault="001B6BF0" w:rsidP="001B6BF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9"/>
          <w:szCs w:val="24"/>
          <w:lang w:val="ru-RU"/>
        </w:rPr>
      </w:pPr>
    </w:p>
    <w:p w:rsidR="001B6BF0" w:rsidRPr="00BB3C5F" w:rsidRDefault="001B6BF0" w:rsidP="001B6BF0">
      <w:pPr>
        <w:widowControl w:val="0"/>
        <w:autoSpaceDE w:val="0"/>
        <w:autoSpaceDN w:val="0"/>
        <w:spacing w:after="0" w:line="240" w:lineRule="auto"/>
        <w:ind w:left="227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BB3C5F">
        <w:rPr>
          <w:rFonts w:ascii="Times New Roman" w:eastAsia="Times New Roman" w:hAnsi="Times New Roman" w:cs="Times New Roman"/>
          <w:b/>
          <w:sz w:val="24"/>
          <w:lang w:val="ru-RU"/>
        </w:rPr>
        <w:t>ОБЯЗАТЕЛЬНЫЕ</w:t>
      </w:r>
      <w:r w:rsidRPr="00BB3C5F">
        <w:rPr>
          <w:rFonts w:ascii="Times New Roman" w:eastAsia="Times New Roman" w:hAnsi="Times New Roman" w:cs="Times New Roman"/>
          <w:b/>
          <w:spacing w:val="-4"/>
          <w:sz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b/>
          <w:sz w:val="24"/>
          <w:lang w:val="ru-RU"/>
        </w:rPr>
        <w:t>УЧЕБНЫЕ</w:t>
      </w:r>
      <w:r w:rsidRPr="00BB3C5F">
        <w:rPr>
          <w:rFonts w:ascii="Times New Roman" w:eastAsia="Times New Roman" w:hAnsi="Times New Roman" w:cs="Times New Roman"/>
          <w:b/>
          <w:spacing w:val="-3"/>
          <w:sz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b/>
          <w:sz w:val="24"/>
          <w:lang w:val="ru-RU"/>
        </w:rPr>
        <w:t>МАТЕРИАЛЫ</w:t>
      </w:r>
      <w:r w:rsidRPr="00BB3C5F">
        <w:rPr>
          <w:rFonts w:ascii="Times New Roman" w:eastAsia="Times New Roman" w:hAnsi="Times New Roman" w:cs="Times New Roman"/>
          <w:b/>
          <w:spacing w:val="-3"/>
          <w:sz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b/>
          <w:sz w:val="24"/>
          <w:lang w:val="ru-RU"/>
        </w:rPr>
        <w:t>ДЛЯ</w:t>
      </w:r>
      <w:r w:rsidRPr="00BB3C5F">
        <w:rPr>
          <w:rFonts w:ascii="Times New Roman" w:eastAsia="Times New Roman" w:hAnsi="Times New Roman" w:cs="Times New Roman"/>
          <w:b/>
          <w:spacing w:val="-4"/>
          <w:sz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b/>
          <w:sz w:val="24"/>
          <w:lang w:val="ru-RU"/>
        </w:rPr>
        <w:t>УЧЕНИКА</w:t>
      </w:r>
    </w:p>
    <w:p w:rsidR="001B6BF0" w:rsidRPr="00BB3C5F" w:rsidRDefault="001B6BF0" w:rsidP="001B6BF0">
      <w:pPr>
        <w:widowControl w:val="0"/>
        <w:autoSpaceDE w:val="0"/>
        <w:autoSpaceDN w:val="0"/>
        <w:spacing w:before="65" w:after="0" w:line="300" w:lineRule="auto"/>
        <w:ind w:left="227" w:right="523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C5F">
        <w:rPr>
          <w:rFonts w:ascii="Times New Roman" w:eastAsia="Times New Roman" w:hAnsi="Times New Roman" w:cs="Times New Roman"/>
          <w:sz w:val="24"/>
          <w:szCs w:val="24"/>
          <w:lang w:val="ru-RU"/>
        </w:rPr>
        <w:t>Технология, 4 класс/</w:t>
      </w:r>
      <w:proofErr w:type="spellStart"/>
      <w:r w:rsidRPr="00BB3C5F">
        <w:rPr>
          <w:rFonts w:ascii="Times New Roman" w:eastAsia="Times New Roman" w:hAnsi="Times New Roman" w:cs="Times New Roman"/>
          <w:sz w:val="24"/>
          <w:szCs w:val="24"/>
          <w:lang w:val="ru-RU"/>
        </w:rPr>
        <w:t>Лутцева</w:t>
      </w:r>
      <w:proofErr w:type="spellEnd"/>
      <w:r w:rsidRPr="00BB3C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Е.А., Зуева Т.П., Акционерное общество «Издательство «Просвещение»;</w:t>
      </w:r>
      <w:r w:rsidRPr="00BB3C5F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</w:p>
    <w:p w:rsidR="001B6BF0" w:rsidRPr="00BB3C5F" w:rsidRDefault="001B6BF0" w:rsidP="001B6BF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3"/>
          <w:szCs w:val="24"/>
          <w:lang w:val="ru-RU"/>
        </w:rPr>
      </w:pPr>
    </w:p>
    <w:p w:rsidR="001B6BF0" w:rsidRPr="00BB3C5F" w:rsidRDefault="001B6BF0" w:rsidP="001B6BF0">
      <w:pPr>
        <w:widowControl w:val="0"/>
        <w:autoSpaceDE w:val="0"/>
        <w:autoSpaceDN w:val="0"/>
        <w:spacing w:after="0" w:line="240" w:lineRule="auto"/>
        <w:ind w:left="22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B3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МЕТОДИЧЕСКИЕ</w:t>
      </w:r>
      <w:r w:rsidRPr="00BB3C5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МАТЕРИАЛЫ</w:t>
      </w:r>
      <w:r w:rsidRPr="00BB3C5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ДЛЯ</w:t>
      </w:r>
      <w:r w:rsidRPr="00BB3C5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УЧИТЕЛЯ</w:t>
      </w:r>
    </w:p>
    <w:p w:rsidR="001B6BF0" w:rsidRPr="00BB3C5F" w:rsidRDefault="001B6BF0" w:rsidP="001B6BF0">
      <w:pPr>
        <w:widowControl w:val="0"/>
        <w:autoSpaceDE w:val="0"/>
        <w:autoSpaceDN w:val="0"/>
        <w:spacing w:before="63" w:after="0" w:line="300" w:lineRule="auto"/>
        <w:ind w:left="227" w:right="701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Примерная рабочая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программа  </w:t>
      </w:r>
      <w:r w:rsidRPr="00BB3C5F">
        <w:rPr>
          <w:rFonts w:ascii="Times New Roman" w:eastAsia="Times New Roman" w:hAnsi="Times New Roman" w:cs="Times New Roman"/>
          <w:sz w:val="24"/>
          <w:szCs w:val="24"/>
          <w:lang w:val="ru-RU"/>
        </w:rPr>
        <w:t>начального</w:t>
      </w:r>
      <w:proofErr w:type="gramEnd"/>
      <w:r w:rsidRPr="00BB3C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общего </w:t>
      </w:r>
      <w:proofErr w:type="spellStart"/>
      <w:r w:rsidRPr="00BB3C5F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образования.Технология</w:t>
      </w:r>
      <w:proofErr w:type="spellEnd"/>
      <w:r w:rsidRPr="00BB3C5F">
        <w:rPr>
          <w:rFonts w:ascii="Times New Roman" w:eastAsia="Times New Roman" w:hAnsi="Times New Roman" w:cs="Times New Roman"/>
          <w:sz w:val="24"/>
          <w:szCs w:val="24"/>
          <w:lang w:val="ru-RU"/>
        </w:rPr>
        <w:t>. (для 1-4</w:t>
      </w:r>
      <w:r w:rsidRPr="00BB3C5F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классов</w:t>
      </w:r>
      <w:r w:rsidRPr="00BB3C5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образовательных</w:t>
      </w:r>
      <w:r w:rsidRPr="00BB3C5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организаций.)</w:t>
      </w:r>
    </w:p>
    <w:p w:rsidR="001B6BF0" w:rsidRPr="00BB3C5F" w:rsidRDefault="001B6BF0" w:rsidP="001B6BF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3"/>
          <w:szCs w:val="24"/>
          <w:lang w:val="ru-RU"/>
        </w:rPr>
      </w:pPr>
    </w:p>
    <w:p w:rsidR="001B6BF0" w:rsidRPr="00BB3C5F" w:rsidRDefault="001B6BF0" w:rsidP="001B6BF0">
      <w:pPr>
        <w:widowControl w:val="0"/>
        <w:autoSpaceDE w:val="0"/>
        <w:autoSpaceDN w:val="0"/>
        <w:spacing w:after="0" w:line="240" w:lineRule="auto"/>
        <w:ind w:left="22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B3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ЦИФРОВЫЕ</w:t>
      </w:r>
      <w:r w:rsidRPr="00BB3C5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ОБРАЗОВАТЕЛЬНЫЕ</w:t>
      </w:r>
      <w:r w:rsidRPr="00BB3C5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РЕСУРСЫ</w:t>
      </w:r>
      <w:r w:rsidRPr="00BB3C5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BB3C5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РЕСУРСЫ</w:t>
      </w:r>
      <w:r w:rsidRPr="00BB3C5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СЕТИ</w:t>
      </w:r>
      <w:r w:rsidRPr="00BB3C5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BB3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ИНТЕРНЕТ</w:t>
      </w:r>
    </w:p>
    <w:p w:rsidR="001B6BF0" w:rsidRDefault="001A6024" w:rsidP="001B6BF0">
      <w:pPr>
        <w:widowControl w:val="0"/>
        <w:autoSpaceDE w:val="0"/>
        <w:autoSpaceDN w:val="0"/>
        <w:spacing w:before="67"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7" w:history="1">
        <w:r w:rsidR="001B6BF0" w:rsidRPr="005D43F6">
          <w:rPr>
            <w:rStyle w:val="aff8"/>
            <w:rFonts w:ascii="Times New Roman" w:eastAsia="Times New Roman" w:hAnsi="Times New Roman" w:cs="Times New Roman"/>
            <w:sz w:val="24"/>
            <w:szCs w:val="24"/>
            <w:lang w:val="ru-RU"/>
          </w:rPr>
          <w:t>https://resh.edu.ru/</w:t>
        </w:r>
      </w:hyperlink>
    </w:p>
    <w:p w:rsidR="001B6BF0" w:rsidRPr="00BB3C5F" w:rsidRDefault="001B6BF0" w:rsidP="001B6BF0">
      <w:pPr>
        <w:widowControl w:val="0"/>
        <w:autoSpaceDE w:val="0"/>
        <w:autoSpaceDN w:val="0"/>
        <w:spacing w:before="67"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6BF0" w:rsidRPr="001B6BF0" w:rsidRDefault="001B6BF0" w:rsidP="001B6BF0">
      <w:pPr>
        <w:tabs>
          <w:tab w:val="left" w:pos="1560"/>
        </w:tabs>
        <w:rPr>
          <w:lang w:val="ru-RU"/>
        </w:rPr>
        <w:sectPr w:rsidR="001B6BF0" w:rsidRPr="001B6BF0">
          <w:pgSz w:w="11900" w:h="16840"/>
          <w:pgMar w:top="298" w:right="782" w:bottom="1440" w:left="666" w:header="720" w:footer="720" w:gutter="0"/>
          <w:cols w:space="720" w:equalWidth="0">
            <w:col w:w="10452" w:space="0"/>
          </w:cols>
          <w:docGrid w:linePitch="360"/>
        </w:sectPr>
      </w:pPr>
      <w:r>
        <w:rPr>
          <w:lang w:val="ru-RU"/>
        </w:rPr>
        <w:tab/>
      </w:r>
    </w:p>
    <w:p w:rsidR="001B6BF0" w:rsidRDefault="001B6BF0" w:rsidP="001B6BF0">
      <w:pPr>
        <w:jc w:val="center"/>
        <w:rPr>
          <w:lang w:val="ru-RU"/>
        </w:rPr>
      </w:pPr>
    </w:p>
    <w:p w:rsidR="001B6BF0" w:rsidRPr="00BB3C5F" w:rsidRDefault="001B6BF0" w:rsidP="001B6BF0">
      <w:pPr>
        <w:rPr>
          <w:lang w:val="ru-RU"/>
        </w:rPr>
        <w:sectPr w:rsidR="001B6BF0" w:rsidRPr="00BB3C5F">
          <w:pgSz w:w="11900" w:h="16840"/>
          <w:pgMar w:top="286" w:right="706" w:bottom="1440" w:left="666" w:header="720" w:footer="720" w:gutter="0"/>
          <w:cols w:space="720" w:equalWidth="0">
            <w:col w:w="10528" w:space="0"/>
          </w:cols>
          <w:docGrid w:linePitch="360"/>
        </w:sectPr>
      </w:pPr>
    </w:p>
    <w:p w:rsidR="001B6BF0" w:rsidRPr="001B6BF0" w:rsidRDefault="001B6BF0" w:rsidP="001B6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B6BF0" w:rsidRPr="00BB3C5F" w:rsidRDefault="001B6BF0" w:rsidP="001B6BF0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  <w:sectPr w:rsidR="001B6BF0" w:rsidRPr="00BB3C5F">
          <w:pgSz w:w="11900" w:h="16840"/>
          <w:pgMar w:top="286" w:right="668" w:bottom="308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B6BF0" w:rsidRPr="001B6BF0" w:rsidRDefault="001B6BF0" w:rsidP="001B6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B6BF0" w:rsidRPr="001B6BF0" w:rsidRDefault="001B6BF0" w:rsidP="001B6BF0">
      <w:pPr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B6BF0" w:rsidRPr="003C2A66" w:rsidRDefault="001B6BF0" w:rsidP="001B6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6BF0" w:rsidRPr="00BB3C5F" w:rsidRDefault="001B6BF0" w:rsidP="001B6BF0">
      <w:pPr>
        <w:rPr>
          <w:lang w:val="ru-RU"/>
        </w:rPr>
        <w:sectPr w:rsidR="001B6BF0" w:rsidRPr="00BB3C5F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B6BF0" w:rsidRPr="00BB3C5F" w:rsidRDefault="001B6BF0" w:rsidP="001B6BF0">
      <w:pPr>
        <w:rPr>
          <w:lang w:val="ru-RU"/>
        </w:rPr>
        <w:sectPr w:rsidR="001B6BF0" w:rsidRPr="00BB3C5F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B6BF0" w:rsidRPr="00BB3C5F" w:rsidRDefault="001B6BF0" w:rsidP="001B6BF0">
      <w:pPr>
        <w:autoSpaceDE w:val="0"/>
        <w:autoSpaceDN w:val="0"/>
        <w:spacing w:after="66" w:line="220" w:lineRule="exact"/>
        <w:rPr>
          <w:lang w:val="ru-RU"/>
        </w:rPr>
      </w:pPr>
    </w:p>
    <w:p w:rsidR="001B6BF0" w:rsidRPr="00BB3C5F" w:rsidRDefault="001B6BF0" w:rsidP="001B6BF0">
      <w:pPr>
        <w:rPr>
          <w:lang w:val="ru-RU"/>
        </w:rPr>
        <w:sectPr w:rsidR="001B6BF0" w:rsidRPr="00BB3C5F">
          <w:pgSz w:w="11900" w:h="16840"/>
          <w:pgMar w:top="286" w:right="752" w:bottom="318" w:left="666" w:header="720" w:footer="720" w:gutter="0"/>
          <w:cols w:space="720" w:equalWidth="0">
            <w:col w:w="10482" w:space="0"/>
          </w:cols>
          <w:docGrid w:linePitch="360"/>
        </w:sectPr>
      </w:pPr>
    </w:p>
    <w:p w:rsidR="001B6BF0" w:rsidRPr="00BB3C5F" w:rsidRDefault="001B6BF0" w:rsidP="001B6BF0">
      <w:pPr>
        <w:autoSpaceDE w:val="0"/>
        <w:autoSpaceDN w:val="0"/>
        <w:spacing w:after="66" w:line="220" w:lineRule="exact"/>
        <w:rPr>
          <w:lang w:val="ru-RU"/>
        </w:rPr>
      </w:pPr>
    </w:p>
    <w:p w:rsidR="001B6BF0" w:rsidRPr="00BB3C5F" w:rsidRDefault="001B6BF0" w:rsidP="003C2A66">
      <w:pPr>
        <w:rPr>
          <w:lang w:val="ru-RU"/>
        </w:rPr>
        <w:sectPr w:rsidR="001B6BF0" w:rsidRPr="00BB3C5F">
          <w:pgSz w:w="11900" w:h="16840"/>
          <w:pgMar w:top="286" w:right="1086" w:bottom="1440" w:left="666" w:header="720" w:footer="720" w:gutter="0"/>
          <w:cols w:space="720" w:equalWidth="0">
            <w:col w:w="10148" w:space="0"/>
          </w:cols>
          <w:docGrid w:linePitch="360"/>
        </w:sectPr>
      </w:pPr>
    </w:p>
    <w:p w:rsidR="003C2A66" w:rsidRPr="00BB3C5F" w:rsidRDefault="003C2A66" w:rsidP="003C2A66">
      <w:pPr>
        <w:rPr>
          <w:lang w:val="ru-RU"/>
        </w:rPr>
        <w:sectPr w:rsidR="003C2A66" w:rsidRPr="00BB3C5F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C2A66" w:rsidRPr="00BB3C5F" w:rsidRDefault="003C2A66" w:rsidP="003C2A66">
      <w:pPr>
        <w:autoSpaceDE w:val="0"/>
        <w:autoSpaceDN w:val="0"/>
        <w:spacing w:after="66" w:line="220" w:lineRule="exact"/>
        <w:rPr>
          <w:lang w:val="ru-RU"/>
        </w:rPr>
      </w:pPr>
    </w:p>
    <w:p w:rsidR="003C2A66" w:rsidRPr="00BB3C5F" w:rsidRDefault="003C2A66" w:rsidP="003C2A66">
      <w:pPr>
        <w:autoSpaceDE w:val="0"/>
        <w:autoSpaceDN w:val="0"/>
        <w:spacing w:after="66" w:line="220" w:lineRule="exact"/>
        <w:rPr>
          <w:lang w:val="ru-RU"/>
        </w:rPr>
      </w:pPr>
    </w:p>
    <w:p w:rsidR="003C2A66" w:rsidRPr="003C2A66" w:rsidRDefault="003C2A66" w:rsidP="003C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C2A66" w:rsidRPr="003C2A66" w:rsidRDefault="003C2A66" w:rsidP="003C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C2A66" w:rsidRPr="00BB3C5F" w:rsidRDefault="003C2A66" w:rsidP="003C2A66">
      <w:pPr>
        <w:rPr>
          <w:lang w:val="ru-RU"/>
        </w:rPr>
        <w:sectPr w:rsidR="003C2A66" w:rsidRPr="00BB3C5F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C2A66" w:rsidRDefault="003C2A66">
      <w:pPr>
        <w:sectPr w:rsidR="003C2A66">
          <w:pgSz w:w="11900" w:h="16840"/>
          <w:pgMar w:top="298" w:right="880" w:bottom="296" w:left="738" w:header="720" w:footer="720" w:gutter="0"/>
          <w:cols w:space="720" w:equalWidth="0">
            <w:col w:w="10282" w:space="0"/>
          </w:cols>
          <w:docGrid w:linePitch="360"/>
        </w:sectPr>
      </w:pPr>
    </w:p>
    <w:p w:rsidR="009859EA" w:rsidRDefault="009859EA">
      <w:pPr>
        <w:sectPr w:rsidR="009859EA">
          <w:pgSz w:w="11900" w:h="16840"/>
          <w:pgMar w:top="1440" w:right="1440" w:bottom="1440" w:left="1440" w:header="720" w:footer="720" w:gutter="0"/>
          <w:cols w:space="720" w:equalWidth="0">
            <w:col w:w="10282" w:space="0"/>
          </w:cols>
          <w:docGrid w:linePitch="360"/>
        </w:sectPr>
      </w:pPr>
    </w:p>
    <w:p w:rsidR="00E8354E" w:rsidRPr="00BB3C5F" w:rsidRDefault="00E8354E">
      <w:pPr>
        <w:rPr>
          <w:lang w:val="ru-RU"/>
        </w:rPr>
      </w:pPr>
    </w:p>
    <w:sectPr w:rsidR="00E8354E" w:rsidRPr="00BB3C5F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A6024"/>
    <w:rsid w:val="001B6BF0"/>
    <w:rsid w:val="0029639D"/>
    <w:rsid w:val="00326F90"/>
    <w:rsid w:val="003C2A66"/>
    <w:rsid w:val="00865DB9"/>
    <w:rsid w:val="009859EA"/>
    <w:rsid w:val="00AA1D8D"/>
    <w:rsid w:val="00B47730"/>
    <w:rsid w:val="00B72B89"/>
    <w:rsid w:val="00BB3C5F"/>
    <w:rsid w:val="00CB0664"/>
    <w:rsid w:val="00E8354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3BF0ED0-E910-4F04-94C9-801B1223D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BB3C5F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86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865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45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sh.ed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253F86-3ACC-4316-B68F-E815DF705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4124</Words>
  <Characters>23508</Characters>
  <Application>Microsoft Office Word</Application>
  <DocSecurity>0</DocSecurity>
  <Lines>195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27577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4</cp:revision>
  <cp:lastPrinted>2022-10-06T11:04:00Z</cp:lastPrinted>
  <dcterms:created xsi:type="dcterms:W3CDTF">2022-08-22T05:54:00Z</dcterms:created>
  <dcterms:modified xsi:type="dcterms:W3CDTF">2023-06-14T04:50:00Z</dcterms:modified>
  <cp:category/>
</cp:coreProperties>
</file>